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46BAAE" w14:textId="4260735E" w:rsidR="00B83871" w:rsidRPr="00125215" w:rsidRDefault="00000000" w:rsidP="00B83871">
      <w:pPr>
        <w:jc w:val="center"/>
        <w:rPr>
          <w:b/>
          <w:bCs/>
          <w:sz w:val="28"/>
          <w:szCs w:val="28"/>
          <w:lang w:val="pt-BR"/>
        </w:rPr>
      </w:pPr>
      <w:r w:rsidRPr="00125215">
        <w:rPr>
          <w:sz w:val="28"/>
          <w:szCs w:val="28"/>
          <w:lang w:val="pt-BR"/>
        </w:rPr>
        <w:t>T</w:t>
      </w:r>
      <w:r w:rsidRPr="00125215">
        <w:rPr>
          <w:b/>
          <w:bCs/>
          <w:sz w:val="28"/>
          <w:szCs w:val="28"/>
          <w:lang w:val="pt-BR"/>
        </w:rPr>
        <w:t>ermo de Concordância com a Política de Dados Abertos</w:t>
      </w:r>
    </w:p>
    <w:p w14:paraId="63994F36" w14:textId="3971F622" w:rsidR="002528A2" w:rsidRPr="00125215" w:rsidRDefault="00B83871" w:rsidP="00B83871">
      <w:pPr>
        <w:jc w:val="center"/>
        <w:rPr>
          <w:b/>
          <w:bCs/>
          <w:sz w:val="28"/>
          <w:szCs w:val="28"/>
          <w:lang w:val="pt-BR"/>
        </w:rPr>
      </w:pPr>
      <w:r w:rsidRPr="00125215">
        <w:rPr>
          <w:b/>
          <w:bCs/>
          <w:sz w:val="28"/>
          <w:szCs w:val="28"/>
          <w:lang w:val="pt-BR"/>
        </w:rPr>
        <w:t xml:space="preserve">Centro Nacional Multiusuário </w:t>
      </w:r>
      <w:proofErr w:type="spellStart"/>
      <w:r w:rsidRPr="00125215">
        <w:rPr>
          <w:b/>
          <w:bCs/>
          <w:sz w:val="28"/>
          <w:szCs w:val="28"/>
          <w:lang w:val="pt-BR"/>
        </w:rPr>
        <w:t>SiMCosta</w:t>
      </w:r>
      <w:proofErr w:type="spellEnd"/>
      <w:r w:rsidR="00125215" w:rsidRPr="00125215">
        <w:rPr>
          <w:b/>
          <w:bCs/>
          <w:sz w:val="28"/>
          <w:szCs w:val="28"/>
          <w:lang w:val="pt-BR"/>
        </w:rPr>
        <w:t>/CEOCEAN</w:t>
      </w:r>
    </w:p>
    <w:p w14:paraId="5C17A14D" w14:textId="77777777" w:rsidR="00817F47" w:rsidRPr="00B83871" w:rsidRDefault="00817F47" w:rsidP="00B83871">
      <w:pPr>
        <w:jc w:val="center"/>
        <w:rPr>
          <w:b/>
          <w:bCs/>
          <w:lang w:val="pt-BR"/>
        </w:rPr>
      </w:pPr>
    </w:p>
    <w:p w14:paraId="25BBA174" w14:textId="4C7DA535" w:rsidR="002528A2" w:rsidRPr="00125215" w:rsidRDefault="00000000" w:rsidP="00B83871">
      <w:pPr>
        <w:spacing w:after="240"/>
        <w:jc w:val="both"/>
        <w:rPr>
          <w:sz w:val="24"/>
          <w:szCs w:val="24"/>
          <w:lang w:val="pt-BR"/>
        </w:rPr>
      </w:pPr>
      <w:r w:rsidRPr="00125215">
        <w:rPr>
          <w:sz w:val="24"/>
          <w:szCs w:val="24"/>
          <w:lang w:val="pt-BR"/>
        </w:rPr>
        <w:t>Eu, _________________________________________________,</w:t>
      </w:r>
      <w:r w:rsidR="00B83871" w:rsidRPr="00125215">
        <w:rPr>
          <w:sz w:val="24"/>
          <w:szCs w:val="24"/>
          <w:lang w:val="pt-BR"/>
        </w:rPr>
        <w:t xml:space="preserve"> p</w:t>
      </w:r>
      <w:r w:rsidRPr="00125215">
        <w:rPr>
          <w:sz w:val="24"/>
          <w:szCs w:val="24"/>
          <w:lang w:val="pt-BR"/>
        </w:rPr>
        <w:t xml:space="preserve">esquisador(a) responsável pela proposta </w:t>
      </w:r>
      <w:r w:rsidR="00B83871" w:rsidRPr="00125215">
        <w:rPr>
          <w:sz w:val="24"/>
          <w:szCs w:val="24"/>
          <w:lang w:val="pt-BR"/>
        </w:rPr>
        <w:t xml:space="preserve">__________________________________________________________________, </w:t>
      </w:r>
      <w:r w:rsidRPr="00125215">
        <w:rPr>
          <w:sz w:val="24"/>
          <w:szCs w:val="24"/>
          <w:lang w:val="pt-BR"/>
        </w:rPr>
        <w:t xml:space="preserve">submetida ao Edital CNM </w:t>
      </w:r>
      <w:proofErr w:type="spellStart"/>
      <w:r w:rsidRPr="00125215">
        <w:rPr>
          <w:sz w:val="24"/>
          <w:szCs w:val="24"/>
          <w:lang w:val="pt-BR"/>
        </w:rPr>
        <w:t>SiMCosta</w:t>
      </w:r>
      <w:proofErr w:type="spellEnd"/>
      <w:r w:rsidRPr="00125215">
        <w:rPr>
          <w:sz w:val="24"/>
          <w:szCs w:val="24"/>
          <w:lang w:val="pt-BR"/>
        </w:rPr>
        <w:t xml:space="preserve"> 01/2025, declaro, para os devidos fins, estar ciente e de acordo com a Política de Dados Abertos do Centro Nacional Multiusuário </w:t>
      </w:r>
      <w:proofErr w:type="spellStart"/>
      <w:r w:rsidRPr="00125215">
        <w:rPr>
          <w:sz w:val="24"/>
          <w:szCs w:val="24"/>
          <w:lang w:val="pt-BR"/>
        </w:rPr>
        <w:t>SiMCosta</w:t>
      </w:r>
      <w:proofErr w:type="spellEnd"/>
      <w:r w:rsidR="00125215" w:rsidRPr="00125215">
        <w:rPr>
          <w:sz w:val="24"/>
          <w:szCs w:val="24"/>
          <w:lang w:val="pt-BR"/>
        </w:rPr>
        <w:t>/CEOCEAN</w:t>
      </w:r>
      <w:r w:rsidRPr="00125215">
        <w:rPr>
          <w:sz w:val="24"/>
          <w:szCs w:val="24"/>
          <w:lang w:val="pt-BR"/>
        </w:rPr>
        <w:t xml:space="preserve"> (CNM </w:t>
      </w:r>
      <w:proofErr w:type="spellStart"/>
      <w:r w:rsidRPr="00125215">
        <w:rPr>
          <w:sz w:val="24"/>
          <w:szCs w:val="24"/>
          <w:lang w:val="pt-BR"/>
        </w:rPr>
        <w:t>SiMCosta</w:t>
      </w:r>
      <w:proofErr w:type="spellEnd"/>
      <w:r w:rsidRPr="00125215">
        <w:rPr>
          <w:sz w:val="24"/>
          <w:szCs w:val="24"/>
          <w:lang w:val="pt-BR"/>
        </w:rPr>
        <w:t>).</w:t>
      </w:r>
    </w:p>
    <w:p w14:paraId="33AEAE6E" w14:textId="189EE722" w:rsidR="002528A2" w:rsidRPr="00125215" w:rsidRDefault="00000000">
      <w:pPr>
        <w:spacing w:after="240"/>
        <w:rPr>
          <w:sz w:val="24"/>
          <w:szCs w:val="24"/>
          <w:lang w:val="pt-BR"/>
        </w:rPr>
      </w:pPr>
      <w:r w:rsidRPr="00125215">
        <w:rPr>
          <w:sz w:val="24"/>
          <w:szCs w:val="24"/>
          <w:lang w:val="pt-BR"/>
        </w:rPr>
        <w:t>Concordo que:</w:t>
      </w:r>
    </w:p>
    <w:p w14:paraId="2B3F1275" w14:textId="22839E55" w:rsidR="002528A2" w:rsidRPr="00125215" w:rsidRDefault="00000000" w:rsidP="00125215">
      <w:pPr>
        <w:spacing w:after="240"/>
        <w:jc w:val="both"/>
        <w:rPr>
          <w:sz w:val="24"/>
          <w:szCs w:val="24"/>
          <w:lang w:val="pt-BR"/>
        </w:rPr>
      </w:pPr>
      <w:r w:rsidRPr="00125215">
        <w:rPr>
          <w:sz w:val="24"/>
          <w:szCs w:val="24"/>
          <w:lang w:val="pt-BR"/>
        </w:rPr>
        <w:t xml:space="preserve">1. As informações obtidas pelas plataformas flutuantes (boias meteo-oceanográficas) serão automaticamente integradas ao sistema de coleta de dados do </w:t>
      </w:r>
      <w:proofErr w:type="spellStart"/>
      <w:r w:rsidRPr="00125215">
        <w:rPr>
          <w:sz w:val="24"/>
          <w:szCs w:val="24"/>
          <w:lang w:val="pt-BR"/>
        </w:rPr>
        <w:t>SiMCosta</w:t>
      </w:r>
      <w:proofErr w:type="spellEnd"/>
      <w:r w:rsidRPr="00125215">
        <w:rPr>
          <w:sz w:val="24"/>
          <w:szCs w:val="24"/>
          <w:lang w:val="pt-BR"/>
        </w:rPr>
        <w:t xml:space="preserve"> e disponibilizadas publicamente no Portal </w:t>
      </w:r>
      <w:proofErr w:type="spellStart"/>
      <w:r w:rsidRPr="00125215">
        <w:rPr>
          <w:sz w:val="24"/>
          <w:szCs w:val="24"/>
          <w:lang w:val="pt-BR"/>
        </w:rPr>
        <w:t>SiMCosta</w:t>
      </w:r>
      <w:proofErr w:type="spellEnd"/>
      <w:r w:rsidRPr="00125215">
        <w:rPr>
          <w:sz w:val="24"/>
          <w:szCs w:val="24"/>
          <w:lang w:val="pt-BR"/>
        </w:rPr>
        <w:t xml:space="preserve"> (https://simcosta.furg.br), em tempo real</w:t>
      </w:r>
      <w:r w:rsidR="00B83871" w:rsidRPr="00125215">
        <w:rPr>
          <w:sz w:val="24"/>
          <w:szCs w:val="24"/>
          <w:lang w:val="pt-BR"/>
        </w:rPr>
        <w:t>.</w:t>
      </w:r>
    </w:p>
    <w:p w14:paraId="68E69001" w14:textId="64760A61" w:rsidR="002528A2" w:rsidRPr="00125215" w:rsidRDefault="00000000" w:rsidP="00B83871">
      <w:pPr>
        <w:spacing w:after="240"/>
        <w:jc w:val="both"/>
        <w:rPr>
          <w:sz w:val="24"/>
          <w:szCs w:val="24"/>
          <w:lang w:val="pt-BR"/>
        </w:rPr>
      </w:pPr>
      <w:r w:rsidRPr="00125215">
        <w:rPr>
          <w:sz w:val="24"/>
          <w:szCs w:val="24"/>
          <w:lang w:val="pt-BR"/>
        </w:rPr>
        <w:t xml:space="preserve">2. Os dados gerados por instrumentos científicos de uso temporário, como sondas </w:t>
      </w:r>
      <w:proofErr w:type="spellStart"/>
      <w:r w:rsidRPr="00125215">
        <w:rPr>
          <w:sz w:val="24"/>
          <w:szCs w:val="24"/>
          <w:lang w:val="pt-BR"/>
        </w:rPr>
        <w:t>multiparamétricas</w:t>
      </w:r>
      <w:proofErr w:type="spellEnd"/>
      <w:r w:rsidRPr="00125215">
        <w:rPr>
          <w:sz w:val="24"/>
          <w:szCs w:val="24"/>
          <w:lang w:val="pt-BR"/>
        </w:rPr>
        <w:t xml:space="preserve"> e medidores de </w:t>
      </w:r>
      <w:proofErr w:type="spellStart"/>
      <w:r w:rsidRPr="00125215">
        <w:rPr>
          <w:sz w:val="24"/>
          <w:szCs w:val="24"/>
          <w:lang w:val="pt-BR"/>
        </w:rPr>
        <w:t>retroespalhamento</w:t>
      </w:r>
      <w:proofErr w:type="spellEnd"/>
      <w:r w:rsidRPr="00125215">
        <w:rPr>
          <w:sz w:val="24"/>
          <w:szCs w:val="24"/>
          <w:lang w:val="pt-BR"/>
        </w:rPr>
        <w:t xml:space="preserve"> da luz, serão entregues ao CNM </w:t>
      </w:r>
      <w:proofErr w:type="spellStart"/>
      <w:r w:rsidRPr="00125215">
        <w:rPr>
          <w:sz w:val="24"/>
          <w:szCs w:val="24"/>
          <w:lang w:val="pt-BR"/>
        </w:rPr>
        <w:t>SiMCosta</w:t>
      </w:r>
      <w:proofErr w:type="spellEnd"/>
      <w:r w:rsidRPr="00125215">
        <w:rPr>
          <w:sz w:val="24"/>
          <w:szCs w:val="24"/>
          <w:lang w:val="pt-BR"/>
        </w:rPr>
        <w:t xml:space="preserve"> imediatamente após a coleta. Tais dados permanecerão reservados por um período máximo</w:t>
      </w:r>
      <w:r w:rsidR="00B83871" w:rsidRPr="00125215">
        <w:rPr>
          <w:sz w:val="24"/>
          <w:szCs w:val="24"/>
          <w:lang w:val="pt-BR"/>
        </w:rPr>
        <w:t>,</w:t>
      </w:r>
      <w:r w:rsidRPr="00125215">
        <w:rPr>
          <w:sz w:val="24"/>
          <w:szCs w:val="24"/>
          <w:lang w:val="pt-BR"/>
        </w:rPr>
        <w:t xml:space="preserve"> a ser definido pelo proponente na submissão da proposta, findo o qual serão tornados públicos e acessíveis a toda a comunidade científica, por meio do repositório oficial do CNM </w:t>
      </w:r>
      <w:proofErr w:type="spellStart"/>
      <w:r w:rsidRPr="00125215">
        <w:rPr>
          <w:sz w:val="24"/>
          <w:szCs w:val="24"/>
          <w:lang w:val="pt-BR"/>
        </w:rPr>
        <w:t>SiMCosta</w:t>
      </w:r>
      <w:proofErr w:type="spellEnd"/>
      <w:r w:rsidRPr="00125215">
        <w:rPr>
          <w:sz w:val="24"/>
          <w:szCs w:val="24"/>
          <w:lang w:val="pt-BR"/>
        </w:rPr>
        <w:t>.</w:t>
      </w:r>
    </w:p>
    <w:p w14:paraId="63891C86" w14:textId="1F791736" w:rsidR="002528A2" w:rsidRPr="00125215" w:rsidRDefault="00000000" w:rsidP="00B83871">
      <w:pPr>
        <w:spacing w:after="240"/>
        <w:jc w:val="both"/>
        <w:rPr>
          <w:sz w:val="24"/>
          <w:szCs w:val="24"/>
          <w:lang w:val="pt-BR"/>
        </w:rPr>
      </w:pPr>
      <w:r w:rsidRPr="00125215">
        <w:rPr>
          <w:sz w:val="24"/>
          <w:szCs w:val="24"/>
          <w:lang w:val="pt-BR"/>
        </w:rPr>
        <w:t>Estou ciente de que essa política visa assegurar a transparência, a reprodutibilidade e o uso compartilhado das informações coletadas com recursos públicos, em consonância com os princípios da ciência aberta e colaborativa.</w:t>
      </w:r>
    </w:p>
    <w:p w14:paraId="76A206E7" w14:textId="037C42A5" w:rsidR="002528A2" w:rsidRPr="00125215" w:rsidRDefault="00000000" w:rsidP="00B83871">
      <w:pPr>
        <w:spacing w:after="240"/>
        <w:jc w:val="both"/>
        <w:rPr>
          <w:sz w:val="24"/>
          <w:szCs w:val="24"/>
          <w:lang w:val="pt-BR"/>
        </w:rPr>
      </w:pPr>
      <w:r w:rsidRPr="00125215">
        <w:rPr>
          <w:sz w:val="24"/>
          <w:szCs w:val="24"/>
          <w:lang w:val="pt-BR"/>
        </w:rPr>
        <w:t>Declaro, ainda, que todas as coletas e usos dos equipamentos atenderão às normas de conduta científica, bem como aos termos estabelecidos no edital vigente.</w:t>
      </w:r>
    </w:p>
    <w:p w14:paraId="40EFCD8B" w14:textId="77777777" w:rsidR="002528A2" w:rsidRPr="00125215" w:rsidRDefault="00000000">
      <w:pPr>
        <w:spacing w:after="240"/>
        <w:rPr>
          <w:sz w:val="24"/>
          <w:szCs w:val="24"/>
          <w:lang w:val="pt-BR"/>
        </w:rPr>
      </w:pPr>
      <w:r w:rsidRPr="00125215">
        <w:rPr>
          <w:sz w:val="24"/>
          <w:szCs w:val="24"/>
          <w:lang w:val="pt-BR"/>
        </w:rPr>
        <w:t>Local: _______________________________________________</w:t>
      </w:r>
    </w:p>
    <w:p w14:paraId="71299022" w14:textId="5115671E" w:rsidR="002528A2" w:rsidRPr="00125215" w:rsidRDefault="00000000">
      <w:pPr>
        <w:spacing w:after="240"/>
        <w:rPr>
          <w:sz w:val="24"/>
          <w:szCs w:val="24"/>
          <w:lang w:val="pt-BR"/>
        </w:rPr>
      </w:pPr>
      <w:r w:rsidRPr="00125215">
        <w:rPr>
          <w:sz w:val="24"/>
          <w:szCs w:val="24"/>
          <w:lang w:val="pt-BR"/>
        </w:rPr>
        <w:t>Data: _____/_____/_________</w:t>
      </w:r>
    </w:p>
    <w:p w14:paraId="3A9C32E7" w14:textId="77777777" w:rsidR="00B83871" w:rsidRPr="00125215" w:rsidRDefault="00B83871">
      <w:pPr>
        <w:spacing w:after="240"/>
        <w:rPr>
          <w:sz w:val="24"/>
          <w:szCs w:val="24"/>
          <w:lang w:val="pt-BR"/>
        </w:rPr>
      </w:pPr>
    </w:p>
    <w:p w14:paraId="628B640E" w14:textId="77777777" w:rsidR="002528A2" w:rsidRPr="00125215" w:rsidRDefault="00000000">
      <w:pPr>
        <w:spacing w:after="240"/>
        <w:rPr>
          <w:sz w:val="24"/>
          <w:szCs w:val="24"/>
          <w:lang w:val="pt-BR"/>
        </w:rPr>
      </w:pPr>
      <w:r w:rsidRPr="00125215">
        <w:rPr>
          <w:sz w:val="24"/>
          <w:szCs w:val="24"/>
          <w:lang w:val="pt-BR"/>
        </w:rPr>
        <w:t>Assinatura: ____________________________________________</w:t>
      </w:r>
    </w:p>
    <w:p w14:paraId="2392C7D2" w14:textId="7E52F6EA" w:rsidR="00125215" w:rsidRPr="00125215" w:rsidRDefault="00000000">
      <w:pPr>
        <w:spacing w:after="240"/>
        <w:rPr>
          <w:sz w:val="24"/>
          <w:szCs w:val="24"/>
          <w:lang w:val="pt-BR"/>
        </w:rPr>
      </w:pPr>
      <w:r w:rsidRPr="00125215">
        <w:rPr>
          <w:sz w:val="24"/>
          <w:szCs w:val="24"/>
          <w:lang w:val="pt-BR"/>
        </w:rPr>
        <w:t>(</w:t>
      </w:r>
      <w:r w:rsidR="00B83871" w:rsidRPr="00125215">
        <w:rPr>
          <w:sz w:val="24"/>
          <w:szCs w:val="24"/>
          <w:lang w:val="pt-BR"/>
        </w:rPr>
        <w:t xml:space="preserve">Nome do </w:t>
      </w:r>
      <w:r w:rsidRPr="00125215">
        <w:rPr>
          <w:sz w:val="24"/>
          <w:szCs w:val="24"/>
          <w:lang w:val="pt-BR"/>
        </w:rPr>
        <w:t>Pesquisador(a) Responsável)</w:t>
      </w:r>
    </w:p>
    <w:sectPr w:rsidR="00125215" w:rsidRPr="00125215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modern"/>
    <w:pitch w:val="fixed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104031593">
    <w:abstractNumId w:val="8"/>
  </w:num>
  <w:num w:numId="2" w16cid:durableId="733696898">
    <w:abstractNumId w:val="6"/>
  </w:num>
  <w:num w:numId="3" w16cid:durableId="308367445">
    <w:abstractNumId w:val="5"/>
  </w:num>
  <w:num w:numId="4" w16cid:durableId="483818670">
    <w:abstractNumId w:val="4"/>
  </w:num>
  <w:num w:numId="5" w16cid:durableId="353963530">
    <w:abstractNumId w:val="7"/>
  </w:num>
  <w:num w:numId="6" w16cid:durableId="1887402684">
    <w:abstractNumId w:val="3"/>
  </w:num>
  <w:num w:numId="7" w16cid:durableId="175509481">
    <w:abstractNumId w:val="2"/>
  </w:num>
  <w:num w:numId="8" w16cid:durableId="378474500">
    <w:abstractNumId w:val="1"/>
  </w:num>
  <w:num w:numId="9" w16cid:durableId="12168937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1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41160"/>
    <w:rsid w:val="0006063C"/>
    <w:rsid w:val="00125215"/>
    <w:rsid w:val="0015074B"/>
    <w:rsid w:val="002528A2"/>
    <w:rsid w:val="0029639D"/>
    <w:rsid w:val="00326F90"/>
    <w:rsid w:val="008135D8"/>
    <w:rsid w:val="00817F47"/>
    <w:rsid w:val="00A16111"/>
    <w:rsid w:val="00AA1D8D"/>
    <w:rsid w:val="00B21687"/>
    <w:rsid w:val="00B47730"/>
    <w:rsid w:val="00B83871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,"/>
  <w14:docId w14:val="26613173"/>
  <w14:defaultImageDpi w14:val="300"/>
  <w15:docId w15:val="{2A3C7715-4F07-E547-8BA5-3CAB3EBAEC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258</Words>
  <Characters>1474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1729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Carlos A E Garcia</cp:lastModifiedBy>
  <cp:revision>3</cp:revision>
  <cp:lastPrinted>2025-07-27T18:50:00Z</cp:lastPrinted>
  <dcterms:created xsi:type="dcterms:W3CDTF">2025-10-06T13:20:00Z</dcterms:created>
  <dcterms:modified xsi:type="dcterms:W3CDTF">2025-10-10T15:03:00Z</dcterms:modified>
  <cp:category/>
</cp:coreProperties>
</file>